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50" w:rsidRPr="00056554" w:rsidRDefault="00056554">
      <w:pPr>
        <w:jc w:val="center"/>
        <w:rPr>
          <w:lang w:val="ru-RU"/>
        </w:rPr>
      </w:pPr>
      <w:r w:rsidRPr="00056554">
        <w:rPr>
          <w:b/>
          <w:sz w:val="28"/>
          <w:lang w:val="ru-RU"/>
        </w:rPr>
        <w:t>РЕЖИМ РАБОТЫ ШПД И ГПД</w:t>
      </w:r>
      <w:r w:rsidRPr="00056554">
        <w:rPr>
          <w:b/>
          <w:sz w:val="28"/>
          <w:lang w:val="ru-RU"/>
        </w:rPr>
        <w:br/>
        <w:t>на 2026–2027 учебный год</w:t>
      </w:r>
    </w:p>
    <w:p w:rsidR="003A5D50" w:rsidRPr="00056554" w:rsidRDefault="00056554">
      <w:pPr>
        <w:jc w:val="center"/>
        <w:rPr>
          <w:lang w:val="ru-RU"/>
        </w:rPr>
      </w:pPr>
      <w:r w:rsidRPr="00056554">
        <w:rPr>
          <w:b/>
          <w:lang w:val="ru-RU"/>
        </w:rPr>
        <w:t>МБОУ СОШ п. Де-Кастри</w:t>
      </w:r>
    </w:p>
    <w:p w:rsidR="003A5D50" w:rsidRPr="00056554" w:rsidRDefault="00056554">
      <w:pPr>
        <w:rPr>
          <w:lang w:val="ru-RU"/>
        </w:rPr>
      </w:pPr>
      <w:r w:rsidRPr="00056554">
        <w:rPr>
          <w:lang w:val="ru-RU"/>
        </w:rPr>
        <w:t xml:space="preserve">ШПД и ГПД </w:t>
      </w:r>
      <w:proofErr w:type="gramStart"/>
      <w:r w:rsidRPr="00056554">
        <w:rPr>
          <w:lang w:val="ru-RU"/>
        </w:rPr>
        <w:t>организованы</w:t>
      </w:r>
      <w:proofErr w:type="gramEnd"/>
      <w:r w:rsidRPr="00056554">
        <w:rPr>
          <w:lang w:val="ru-RU"/>
        </w:rPr>
        <w:t xml:space="preserve"> для обучающихся 2, 3 и 4 классов.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3A5D50">
        <w:trPr>
          <w:jc w:val="center"/>
        </w:trPr>
        <w:tc>
          <w:tcPr>
            <w:tcW w:w="3230" w:type="dxa"/>
          </w:tcPr>
          <w:p w:rsidR="003A5D50" w:rsidRDefault="00056554">
            <w:proofErr w:type="spellStart"/>
            <w:r>
              <w:t>Этап</w:t>
            </w:r>
            <w:proofErr w:type="spellEnd"/>
            <w:r>
              <w:t xml:space="preserve"> </w:t>
            </w:r>
            <w:proofErr w:type="spellStart"/>
            <w:r>
              <w:t>режима</w:t>
            </w:r>
            <w:proofErr w:type="spellEnd"/>
          </w:p>
        </w:tc>
        <w:tc>
          <w:tcPr>
            <w:tcW w:w="3230" w:type="dxa"/>
          </w:tcPr>
          <w:p w:rsidR="003A5D50" w:rsidRDefault="00056554">
            <w:r>
              <w:t>Содержание</w:t>
            </w:r>
          </w:p>
        </w:tc>
        <w:tc>
          <w:tcPr>
            <w:tcW w:w="3230" w:type="dxa"/>
          </w:tcPr>
          <w:p w:rsidR="003A5D50" w:rsidRDefault="00056554">
            <w:r>
              <w:t>Время</w:t>
            </w:r>
          </w:p>
        </w:tc>
      </w:tr>
      <w:tr w:rsidR="003A5D50">
        <w:trPr>
          <w:jc w:val="center"/>
        </w:trPr>
        <w:tc>
          <w:tcPr>
            <w:tcW w:w="3230" w:type="dxa"/>
          </w:tcPr>
          <w:p w:rsidR="003A5D50" w:rsidRDefault="00056554">
            <w:r>
              <w:t>Приём детей</w:t>
            </w:r>
          </w:p>
        </w:tc>
        <w:tc>
          <w:tcPr>
            <w:tcW w:w="3230" w:type="dxa"/>
          </w:tcPr>
          <w:p w:rsidR="003A5D50" w:rsidRPr="00056554" w:rsidRDefault="00056554">
            <w:pPr>
              <w:rPr>
                <w:lang w:val="ru-RU"/>
              </w:rPr>
            </w:pPr>
            <w:r w:rsidRPr="00056554">
              <w:rPr>
                <w:lang w:val="ru-RU"/>
              </w:rPr>
              <w:t xml:space="preserve">Передача </w:t>
            </w:r>
            <w:proofErr w:type="gramStart"/>
            <w:r w:rsidRPr="00056554">
              <w:rPr>
                <w:lang w:val="ru-RU"/>
              </w:rPr>
              <w:t>обучающихся</w:t>
            </w:r>
            <w:proofErr w:type="gramEnd"/>
            <w:r w:rsidRPr="00056554">
              <w:rPr>
                <w:lang w:val="ru-RU"/>
              </w:rPr>
              <w:t xml:space="preserve"> воспитателю, отметка посещаемости</w:t>
            </w:r>
          </w:p>
        </w:tc>
        <w:tc>
          <w:tcPr>
            <w:tcW w:w="3230" w:type="dxa"/>
          </w:tcPr>
          <w:p w:rsidR="003A5D50" w:rsidRDefault="00056554"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окончании</w:t>
            </w:r>
            <w:proofErr w:type="spellEnd"/>
            <w:r>
              <w:t xml:space="preserve"> </w:t>
            </w:r>
            <w:proofErr w:type="spellStart"/>
            <w:r>
              <w:t>уроков</w:t>
            </w:r>
            <w:proofErr w:type="spellEnd"/>
          </w:p>
        </w:tc>
      </w:tr>
      <w:tr w:rsidR="003A5D50">
        <w:trPr>
          <w:jc w:val="center"/>
        </w:trPr>
        <w:tc>
          <w:tcPr>
            <w:tcW w:w="3230" w:type="dxa"/>
          </w:tcPr>
          <w:p w:rsidR="003A5D50" w:rsidRDefault="00056554">
            <w:r>
              <w:t>Обед</w:t>
            </w:r>
          </w:p>
        </w:tc>
        <w:tc>
          <w:tcPr>
            <w:tcW w:w="3230" w:type="dxa"/>
          </w:tcPr>
          <w:p w:rsidR="003A5D50" w:rsidRDefault="00056554">
            <w:r>
              <w:t>Организованное питание</w:t>
            </w:r>
          </w:p>
        </w:tc>
        <w:tc>
          <w:tcPr>
            <w:tcW w:w="3230" w:type="dxa"/>
          </w:tcPr>
          <w:p w:rsidR="003A5D50" w:rsidRPr="00056554" w:rsidRDefault="00056554" w:rsidP="00056554">
            <w:pPr>
              <w:rPr>
                <w:lang w:val="ru-RU"/>
              </w:rPr>
            </w:pPr>
            <w:r>
              <w:rPr>
                <w:lang w:val="ru-RU"/>
              </w:rPr>
              <w:t>13:15-13:45</w:t>
            </w:r>
          </w:p>
        </w:tc>
      </w:tr>
      <w:tr w:rsidR="003A5D50">
        <w:trPr>
          <w:jc w:val="center"/>
        </w:trPr>
        <w:tc>
          <w:tcPr>
            <w:tcW w:w="3230" w:type="dxa"/>
          </w:tcPr>
          <w:p w:rsidR="003A5D50" w:rsidRDefault="00056554">
            <w:r>
              <w:t>Отдых и прогулка</w:t>
            </w:r>
          </w:p>
        </w:tc>
        <w:tc>
          <w:tcPr>
            <w:tcW w:w="3230" w:type="dxa"/>
          </w:tcPr>
          <w:p w:rsidR="003A5D50" w:rsidRDefault="00056554">
            <w:r>
              <w:t>Прогулка, подвижные игры, отдых</w:t>
            </w:r>
          </w:p>
        </w:tc>
        <w:tc>
          <w:tcPr>
            <w:tcW w:w="3230" w:type="dxa"/>
          </w:tcPr>
          <w:p w:rsidR="003A5D50" w:rsidRPr="00056554" w:rsidRDefault="00056554">
            <w:pPr>
              <w:rPr>
                <w:lang w:val="ru-RU"/>
              </w:rPr>
            </w:pPr>
            <w:r>
              <w:rPr>
                <w:lang w:val="ru-RU"/>
              </w:rPr>
              <w:t>12:30-13:15</w:t>
            </w:r>
          </w:p>
        </w:tc>
      </w:tr>
      <w:tr w:rsidR="003A5D50">
        <w:trPr>
          <w:jc w:val="center"/>
        </w:trPr>
        <w:tc>
          <w:tcPr>
            <w:tcW w:w="3230" w:type="dxa"/>
          </w:tcPr>
          <w:p w:rsidR="003A5D50" w:rsidRDefault="00056554">
            <w:r>
              <w:t>Самоподготовка</w:t>
            </w:r>
          </w:p>
        </w:tc>
        <w:tc>
          <w:tcPr>
            <w:tcW w:w="3230" w:type="dxa"/>
          </w:tcPr>
          <w:p w:rsidR="003A5D50" w:rsidRPr="00056554" w:rsidRDefault="00056554">
            <w:pPr>
              <w:rPr>
                <w:lang w:val="ru-RU"/>
              </w:rPr>
            </w:pPr>
            <w:r w:rsidRPr="00056554">
              <w:rPr>
                <w:lang w:val="ru-RU"/>
              </w:rPr>
              <w:t>Выполнение домашних заданий, индивидуальная помощь</w:t>
            </w:r>
          </w:p>
        </w:tc>
        <w:tc>
          <w:tcPr>
            <w:tcW w:w="3230" w:type="dxa"/>
          </w:tcPr>
          <w:p w:rsidR="003A5D50" w:rsidRPr="00056554" w:rsidRDefault="00056554">
            <w:pPr>
              <w:rPr>
                <w:lang w:val="ru-RU"/>
              </w:rPr>
            </w:pPr>
            <w:r>
              <w:rPr>
                <w:lang w:val="ru-RU"/>
              </w:rPr>
              <w:t>13:45-15:00</w:t>
            </w:r>
          </w:p>
        </w:tc>
      </w:tr>
      <w:tr w:rsidR="003A5D50">
        <w:trPr>
          <w:jc w:val="center"/>
        </w:trPr>
        <w:tc>
          <w:tcPr>
            <w:tcW w:w="3230" w:type="dxa"/>
          </w:tcPr>
          <w:p w:rsidR="003A5D50" w:rsidRDefault="00056554">
            <w:r>
              <w:t>Развивающая деятельность</w:t>
            </w:r>
          </w:p>
        </w:tc>
        <w:tc>
          <w:tcPr>
            <w:tcW w:w="3230" w:type="dxa"/>
          </w:tcPr>
          <w:p w:rsidR="003A5D50" w:rsidRPr="00056554" w:rsidRDefault="00056554">
            <w:pPr>
              <w:rPr>
                <w:lang w:val="ru-RU"/>
              </w:rPr>
            </w:pPr>
            <w:r w:rsidRPr="00056554">
              <w:rPr>
                <w:lang w:val="ru-RU"/>
              </w:rPr>
              <w:t>Кружки, секции, чтение, творческие и воспитательные мероприятия</w:t>
            </w:r>
          </w:p>
        </w:tc>
        <w:tc>
          <w:tcPr>
            <w:tcW w:w="3230" w:type="dxa"/>
          </w:tcPr>
          <w:p w:rsidR="003A5D50" w:rsidRDefault="00056554"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расписанию</w:t>
            </w:r>
            <w:proofErr w:type="spellEnd"/>
          </w:p>
        </w:tc>
      </w:tr>
      <w:tr w:rsidR="003A5D50">
        <w:trPr>
          <w:jc w:val="center"/>
        </w:trPr>
        <w:tc>
          <w:tcPr>
            <w:tcW w:w="3230" w:type="dxa"/>
          </w:tcPr>
          <w:p w:rsidR="003A5D50" w:rsidRDefault="00056554">
            <w:r>
              <w:t>Уход домой</w:t>
            </w:r>
          </w:p>
        </w:tc>
        <w:tc>
          <w:tcPr>
            <w:tcW w:w="3230" w:type="dxa"/>
          </w:tcPr>
          <w:p w:rsidR="003A5D50" w:rsidRPr="00056554" w:rsidRDefault="00056554">
            <w:pPr>
              <w:rPr>
                <w:lang w:val="ru-RU"/>
              </w:rPr>
            </w:pPr>
            <w:r w:rsidRPr="00056554">
              <w:rPr>
                <w:lang w:val="ru-RU"/>
              </w:rPr>
              <w:t>Передача родителям либо самостоятельный уход по письменному заявлению</w:t>
            </w:r>
          </w:p>
        </w:tc>
        <w:tc>
          <w:tcPr>
            <w:tcW w:w="3230" w:type="dxa"/>
          </w:tcPr>
          <w:p w:rsidR="003A5D50" w:rsidRPr="00056554" w:rsidRDefault="00056554">
            <w:pPr>
              <w:rPr>
                <w:lang w:val="ru-RU"/>
              </w:rPr>
            </w:pPr>
            <w:r>
              <w:rPr>
                <w:lang w:val="ru-RU"/>
              </w:rPr>
              <w:t>16:00</w:t>
            </w:r>
            <w:r w:rsidR="00A21265">
              <w:rPr>
                <w:lang w:val="ru-RU"/>
              </w:rPr>
              <w:t>-17:00</w:t>
            </w:r>
          </w:p>
        </w:tc>
      </w:tr>
    </w:tbl>
    <w:p w:rsidR="003A5D50" w:rsidRPr="00056554" w:rsidRDefault="00056554">
      <w:pPr>
        <w:rPr>
          <w:lang w:val="ru-RU"/>
        </w:rPr>
      </w:pPr>
      <w:bookmarkStart w:id="0" w:name="_GoBack"/>
      <w:bookmarkEnd w:id="0"/>
      <w:r w:rsidRPr="00056554">
        <w:rPr>
          <w:lang w:val="ru-RU"/>
        </w:rPr>
        <w:t>.</w:t>
      </w:r>
    </w:p>
    <w:sectPr w:rsidR="003A5D50" w:rsidRPr="00056554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6554"/>
    <w:rsid w:val="0006063C"/>
    <w:rsid w:val="0015074B"/>
    <w:rsid w:val="0029639D"/>
    <w:rsid w:val="00326F90"/>
    <w:rsid w:val="003A5D50"/>
    <w:rsid w:val="00A2126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E59EB8-1485-40F2-8C2E-6A96EAF0A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Людмиле Богословская</cp:lastModifiedBy>
  <cp:revision>3</cp:revision>
  <dcterms:created xsi:type="dcterms:W3CDTF">2026-09-15T05:41:00Z</dcterms:created>
  <dcterms:modified xsi:type="dcterms:W3CDTF">2026-09-15T05:59:00Z</dcterms:modified>
</cp:coreProperties>
</file>