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МБОУ СОШ п. Де-Кастри</w:t>
      </w:r>
    </w:p>
    <w:p>
      <w:pPr>
        <w:jc w:val="center"/>
      </w:pPr>
      <w:r>
        <w:rPr>
          <w:rFonts w:ascii="Times New Roman" w:hAnsi="Times New Roman"/>
          <w:b/>
          <w:sz w:val="28"/>
        </w:rPr>
        <w:t>ПРИКАЗ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844"/>
        <w:gridCol w:w="4844"/>
      </w:tblGrid>
      <w:tr>
        <w:tc>
          <w:tcPr>
            <w:tcW w:type="dxa" w:w="4844"/>
          </w:tcPr>
          <w:p>
            <w:r>
              <w:t>«___» __________ 2026 г.</w:t>
            </w:r>
          </w:p>
        </w:tc>
        <w:tc>
          <w:tcPr>
            <w:tcW w:type="dxa" w:w="4844"/>
          </w:tcPr>
          <w:p>
            <w:r>
              <w:t>№ ______</w:t>
            </w:r>
          </w:p>
        </w:tc>
      </w:tr>
    </w:tbl>
    <w:p>
      <w:pPr>
        <w:jc w:val="center"/>
      </w:pPr>
      <w:r>
        <w:rPr>
          <w:rFonts w:ascii="Times New Roman" w:hAnsi="Times New Roman"/>
          <w:b/>
          <w:sz w:val="28"/>
        </w:rPr>
        <w:t>Об организации работы школы полного дня и групп продлённого дня</w:t>
        <w:br/>
        <w:t>в 2026–2027 учебном году</w:t>
      </w:r>
    </w:p>
    <w:p>
      <w:r>
        <w:rPr>
          <w:rFonts w:ascii="Times New Roman" w:hAnsi="Times New Roman"/>
          <w:b w:val="0"/>
          <w:sz w:val="24"/>
        </w:rPr>
        <w:t>В целях создания условий для организованной занятости обучающихся во внеурочное время, обеспечения их присмотра и ухода, организации самоподготовки, отдыха, воспитательной и развивающей деятельности,</w:t>
      </w:r>
    </w:p>
    <w:p>
      <w:r>
        <w:rPr>
          <w:rFonts w:ascii="Times New Roman" w:hAnsi="Times New Roman"/>
          <w:b/>
          <w:sz w:val="24"/>
        </w:rPr>
        <w:t>ПРИКАЗЫВАЮ:</w:t>
      </w:r>
    </w:p>
    <w:p>
      <w:r>
        <w:rPr>
          <w:rFonts w:ascii="Times New Roman" w:hAnsi="Times New Roman"/>
          <w:b w:val="0"/>
          <w:sz w:val="24"/>
        </w:rPr>
        <w:t>1. Организовать в 2026–2027 учебном году работу школы полного дня (ШПД) для обучающихся 2, 3 и 4 классов.</w:t>
      </w:r>
    </w:p>
    <w:p>
      <w:r>
        <w:rPr>
          <w:rFonts w:ascii="Times New Roman" w:hAnsi="Times New Roman"/>
          <w:b w:val="0"/>
          <w:sz w:val="24"/>
        </w:rPr>
        <w:t>2. Организовать работу групп продлённого дня (ГПД) для обучающихся 2, 3 и 4 классов.</w:t>
      </w:r>
    </w:p>
    <w:p>
      <w:r>
        <w:rPr>
          <w:rFonts w:ascii="Times New Roman" w:hAnsi="Times New Roman"/>
          <w:b w:val="0"/>
          <w:sz w:val="24"/>
        </w:rPr>
        <w:t>3. Назначить воспитателями ГПД: 2 класса — Головенчик Алину Михайловну; 3 класса — Трофимову Веронику Анатольевну; 4 класса — Талмазан Людмилу Николаевну.</w:t>
      </w:r>
    </w:p>
    <w:p>
      <w:r>
        <w:rPr>
          <w:rFonts w:ascii="Times New Roman" w:hAnsi="Times New Roman"/>
          <w:b w:val="0"/>
          <w:sz w:val="24"/>
        </w:rPr>
        <w:t>4. Утвердить режим работы ШПД и ГПД, расписание занятий и план воспитательной работы согласно приложениям к настоящему приказу.</w:t>
      </w:r>
    </w:p>
    <w:p>
      <w:r>
        <w:rPr>
          <w:rFonts w:ascii="Times New Roman" w:hAnsi="Times New Roman"/>
          <w:b w:val="0"/>
          <w:sz w:val="24"/>
        </w:rPr>
        <w:t>5. Воспитателям ГПД обеспечить соблюдение режима дня, требований охраны жизни и здоровья детей, организацию прогулок, самоподготовки, воспитательных и развивающих мероприятий.</w:t>
      </w:r>
    </w:p>
    <w:p>
      <w:r>
        <w:rPr>
          <w:rFonts w:ascii="Times New Roman" w:hAnsi="Times New Roman"/>
          <w:b w:val="0"/>
          <w:sz w:val="24"/>
        </w:rPr>
        <w:t>6. Приём обучающихся в ГПД осуществлять на основании заявлений родителей (законных представителей).</w:t>
      </w:r>
    </w:p>
    <w:p>
      <w:r>
        <w:rPr>
          <w:rFonts w:ascii="Times New Roman" w:hAnsi="Times New Roman"/>
          <w:b w:val="0"/>
          <w:sz w:val="24"/>
        </w:rPr>
        <w:t>7. Контроль за исполнением настоящего приказа оставляю за собой.</w:t>
      </w:r>
    </w:p>
    <w:p>
      <w:r>
        <w:rPr>
          <w:rFonts w:ascii="Times New Roman" w:hAnsi="Times New Roman"/>
          <w:b w:val="0"/>
          <w:sz w:val="24"/>
        </w:rPr>
        <w:br/>
        <w:t>Директор __________________ / Т.В. Степанова /</w:t>
      </w:r>
    </w:p>
    <w:sectPr w:rsidR="00FC693F" w:rsidRPr="0006063C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