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Times New Roman" w:hAnsi="Times New Roman"/>
          <w:b w:val="0"/>
          <w:sz w:val="24"/>
        </w:rPr>
        <w:t>Директору МБОУ СОШ п. Де-Кастри</w:t>
        <w:br/>
        <w:t>Степановой Т.В.</w:t>
        <w:br/>
        <w:t>от __________________________________</w:t>
        <w:br/>
        <w:t>____________________________________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ЗАЯВЛЕНИЕ</w:t>
      </w:r>
    </w:p>
    <w:p>
      <w:r>
        <w:rPr>
          <w:rFonts w:ascii="Times New Roman" w:hAnsi="Times New Roman"/>
          <w:b w:val="0"/>
          <w:sz w:val="24"/>
        </w:rPr>
        <w:t>Прошу зачислить моего ребёнка ________________________________________________, обучающегося(уюся) ______ класса, в группу продлённого дня на 2026–2027 учебный год.</w:t>
      </w:r>
    </w:p>
    <w:p>
      <w:r>
        <w:rPr>
          <w:rFonts w:ascii="Times New Roman" w:hAnsi="Times New Roman"/>
          <w:b w:val="0"/>
          <w:sz w:val="24"/>
        </w:rPr>
        <w:t>Прошу разрешить ребёнку уходить из школы: ____________________________________________</w:t>
        <w:br/>
        <w:t>____________________________________________________________________________________.</w:t>
      </w:r>
    </w:p>
    <w:p>
      <w:r>
        <w:rPr>
          <w:rFonts w:ascii="Times New Roman" w:hAnsi="Times New Roman"/>
          <w:b w:val="0"/>
          <w:sz w:val="24"/>
        </w:rPr>
        <w:t>С режимом работы ГПД, правилами внутреннего распорядка и требованиями безопасности ознакомлен(а).</w:t>
      </w:r>
    </w:p>
    <w:p>
      <w:r>
        <w:rPr>
          <w:rFonts w:ascii="Times New Roman" w:hAnsi="Times New Roman"/>
          <w:b w:val="0"/>
          <w:sz w:val="24"/>
        </w:rPr>
        <w:br/>
        <w:t>Контактный телефон: __________________________</w:t>
      </w:r>
    </w:p>
    <w:p>
      <w:r>
        <w:rPr>
          <w:rFonts w:ascii="Times New Roman" w:hAnsi="Times New Roman"/>
          <w:b w:val="0"/>
          <w:sz w:val="24"/>
        </w:rPr>
        <w:br/>
        <w:t>«___» __________ 2026 г.     __________________ / ______________________________ /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